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6873"/>
      </w:tblGrid>
      <w:tr w:rsidR="00775096" w14:paraId="2E9FF657" w14:textId="77777777" w:rsidTr="00775096">
        <w:trPr>
          <w:jc w:val="center"/>
        </w:trPr>
        <w:tc>
          <w:tcPr>
            <w:tcW w:w="6873" w:type="dxa"/>
            <w:tcBorders>
              <w:top w:val="nil"/>
              <w:left w:val="nil"/>
              <w:bottom w:val="nil"/>
              <w:right w:val="nil"/>
            </w:tcBorders>
            <w:tcMar>
              <w:top w:w="0" w:type="dxa"/>
              <w:left w:w="80" w:type="dxa"/>
              <w:bottom w:w="0" w:type="dxa"/>
              <w:right w:w="80" w:type="dxa"/>
            </w:tcMar>
            <w:vAlign w:val="center"/>
          </w:tcPr>
          <w:p w14:paraId="7D791996" w14:textId="77777777" w:rsidR="00775096" w:rsidRDefault="00775096">
            <w:pPr>
              <w:spacing w:after="0"/>
              <w:jc w:val="center"/>
            </w:pPr>
            <w:r>
              <w:rPr>
                <w:b/>
                <w:sz w:val="24"/>
              </w:rPr>
              <w:t>CỘNG HÒA XÃ HỘI CHỦ NGHĨA VIỆT NAM</w:t>
            </w:r>
          </w:p>
          <w:p w14:paraId="29D78428" w14:textId="77777777" w:rsidR="00775096" w:rsidRDefault="00775096">
            <w:pPr>
              <w:spacing w:after="0"/>
              <w:jc w:val="center"/>
            </w:pPr>
            <w:r>
              <w:rPr>
                <w:b/>
                <w:sz w:val="24"/>
              </w:rPr>
              <w:t>Độc lập - Tự do - Hạnh phúc</w:t>
            </w:r>
          </w:p>
          <w:p w14:paraId="4BF5C554" w14:textId="77777777" w:rsidR="00775096" w:rsidRDefault="00775096">
            <w:pPr>
              <w:spacing w:after="0"/>
              <w:jc w:val="center"/>
            </w:pPr>
            <w:r>
              <w:rPr>
                <w:sz w:val="20"/>
              </w:rPr>
              <w:t>________________________</w:t>
            </w:r>
          </w:p>
        </w:tc>
      </w:tr>
    </w:tbl>
    <w:p w14:paraId="49BA44BE" w14:textId="77777777" w:rsidR="00411082" w:rsidRDefault="00411082">
      <w:pPr>
        <w:spacing w:after="40"/>
      </w:pPr>
    </w:p>
    <w:p w14:paraId="09EBFE66" w14:textId="77777777" w:rsidR="00411082" w:rsidRDefault="00000000">
      <w:pPr>
        <w:spacing w:after="40"/>
        <w:jc w:val="center"/>
      </w:pPr>
      <w:r>
        <w:rPr>
          <w:b/>
          <w:sz w:val="30"/>
        </w:rPr>
        <w:t>MẪU ĐĂNG KÝ ĐỀ XUẤT HOẠT ĐỘNG</w:t>
      </w:r>
    </w:p>
    <w:p w14:paraId="3D8B4C92" w14:textId="77777777" w:rsidR="00411082" w:rsidRDefault="00000000">
      <w:pPr>
        <w:spacing w:after="160"/>
        <w:jc w:val="center"/>
      </w:pPr>
      <w:r>
        <w:rPr>
          <w:b/>
        </w:rPr>
        <w:t>MẠNG LƯỚI CHUYÊN GIA TRÍ TUỆ NHÂN TẠO (AI) VIỆT NAM TOÀN CẦU</w:t>
      </w:r>
    </w:p>
    <w:p w14:paraId="24055BC0" w14:textId="77777777" w:rsidR="00411082" w:rsidRDefault="00000000">
      <w:pPr>
        <w:spacing w:after="200"/>
        <w:jc w:val="center"/>
      </w:pPr>
      <w:r>
        <w:rPr>
          <w:i/>
          <w:sz w:val="22"/>
        </w:rPr>
        <w:t>(Dành cho tổ chức, cá nhân đề xuất hoạt động tham gia Mạng lưới)</w:t>
      </w:r>
    </w:p>
    <w:p w14:paraId="7C9D9F00" w14:textId="77777777" w:rsidR="00411082" w:rsidRDefault="00000000">
      <w:pPr>
        <w:spacing w:before="100"/>
      </w:pPr>
      <w:r>
        <w:rPr>
          <w:b/>
        </w:rPr>
        <w:t>I. THÔNG TIN CHUNG</w:t>
      </w:r>
    </w:p>
    <w:p w14:paraId="45E9C36D" w14:textId="40571241" w:rsidR="00411082" w:rsidRPr="00775096" w:rsidRDefault="00000000">
      <w:pPr>
        <w:keepLines/>
        <w:spacing w:after="60"/>
        <w:rPr>
          <w:bCs/>
        </w:rPr>
      </w:pPr>
      <w:r w:rsidRPr="00775096">
        <w:rPr>
          <w:bCs/>
        </w:rPr>
        <w:t>1. Tên tổ chức/cá nhân đề xuất:</w:t>
      </w:r>
      <w:r w:rsidRPr="00775096">
        <w:rPr>
          <w:bCs/>
          <w:sz w:val="24"/>
        </w:rPr>
        <w:br/>
        <w:t>........................................................................................................................</w:t>
      </w:r>
      <w:r w:rsidR="00775096" w:rsidRPr="00775096">
        <w:rPr>
          <w:bCs/>
          <w:sz w:val="24"/>
        </w:rPr>
        <w:t>........</w:t>
      </w:r>
    </w:p>
    <w:p w14:paraId="33FB1353" w14:textId="00DCAB00" w:rsidR="00411082" w:rsidRPr="00775096" w:rsidRDefault="00000000">
      <w:pPr>
        <w:keepLines/>
        <w:spacing w:after="60"/>
        <w:rPr>
          <w:bCs/>
        </w:rPr>
      </w:pPr>
      <w:r w:rsidRPr="00775096">
        <w:rPr>
          <w:bCs/>
        </w:rPr>
        <w:t>2. Người đầu mối liên hệ:</w:t>
      </w:r>
      <w:r w:rsidRPr="00775096">
        <w:rPr>
          <w:bCs/>
          <w:sz w:val="24"/>
        </w:rPr>
        <w:br/>
        <w:t>........................................................................................................................</w:t>
      </w:r>
      <w:r w:rsidR="00775096" w:rsidRPr="00775096">
        <w:rPr>
          <w:bCs/>
          <w:sz w:val="24"/>
        </w:rPr>
        <w:t>........</w:t>
      </w:r>
    </w:p>
    <w:p w14:paraId="4221321E" w14:textId="5D944C2A" w:rsidR="00411082" w:rsidRPr="00775096" w:rsidRDefault="00000000">
      <w:pPr>
        <w:keepLines/>
        <w:spacing w:after="60"/>
        <w:rPr>
          <w:bCs/>
        </w:rPr>
      </w:pPr>
      <w:r w:rsidRPr="00775096">
        <w:rPr>
          <w:bCs/>
        </w:rPr>
        <w:t>3. Email/Số điện thoại:</w:t>
      </w:r>
      <w:r w:rsidRPr="00775096">
        <w:rPr>
          <w:bCs/>
          <w:sz w:val="24"/>
        </w:rPr>
        <w:br/>
        <w:t>........................................................................................................................</w:t>
      </w:r>
      <w:r w:rsidR="00775096" w:rsidRPr="00775096">
        <w:rPr>
          <w:bCs/>
          <w:sz w:val="24"/>
        </w:rPr>
        <w:t>........</w:t>
      </w:r>
    </w:p>
    <w:p w14:paraId="0E8C7002" w14:textId="19B941C4" w:rsidR="00411082" w:rsidRPr="00775096" w:rsidRDefault="00000000">
      <w:pPr>
        <w:spacing w:after="60"/>
        <w:rPr>
          <w:bCs/>
        </w:rPr>
      </w:pPr>
      <w:r w:rsidRPr="00775096">
        <w:rPr>
          <w:bCs/>
        </w:rPr>
        <w:t>4. Nhóm hoạt động đề xuất</w:t>
      </w:r>
      <w:r w:rsidR="00775096" w:rsidRPr="00775096">
        <w:rPr>
          <w:rStyle w:val="FootnoteReference"/>
          <w:bCs/>
        </w:rPr>
        <w:footnoteReference w:id="1"/>
      </w:r>
      <w:r w:rsidRPr="00775096">
        <w:rPr>
          <w:bCs/>
        </w:rPr>
        <w:t>:</w:t>
      </w:r>
    </w:p>
    <w:p w14:paraId="0F6EE7C9" w14:textId="2CBECD02" w:rsidR="00775096" w:rsidRPr="00775096" w:rsidRDefault="00775096">
      <w:pPr>
        <w:spacing w:after="60"/>
        <w:rPr>
          <w:bCs/>
        </w:rPr>
      </w:pPr>
      <w:r w:rsidRPr="00775096">
        <w:rPr>
          <w:bCs/>
          <w:sz w:val="24"/>
        </w:rPr>
        <w:t>................................................................................................................................</w:t>
      </w:r>
    </w:p>
    <w:p w14:paraId="2EB50BD5" w14:textId="77777777" w:rsidR="00411082" w:rsidRDefault="00000000">
      <w:pPr>
        <w:spacing w:before="100"/>
      </w:pPr>
      <w:r>
        <w:rPr>
          <w:b/>
        </w:rPr>
        <w:t>II. NỘI DUNG ĐỀ XUẤT HOẠT ĐỘNG</w:t>
      </w:r>
    </w:p>
    <w:p w14:paraId="7293B41B" w14:textId="77777777" w:rsidR="00411082" w:rsidRPr="00775096" w:rsidRDefault="00000000">
      <w:pPr>
        <w:keepLines/>
        <w:spacing w:after="60"/>
        <w:rPr>
          <w:bCs/>
        </w:rPr>
      </w:pPr>
      <w:r w:rsidRPr="00775096">
        <w:rPr>
          <w:bCs/>
        </w:rPr>
        <w:t>1. Tên hoạt động:</w:t>
      </w:r>
      <w:r w:rsidRPr="00775096">
        <w:rPr>
          <w:bCs/>
          <w:sz w:val="24"/>
        </w:rPr>
        <w:br/>
        <w:t>........................................................................................................................</w:t>
      </w:r>
    </w:p>
    <w:p w14:paraId="277165D3" w14:textId="77777777" w:rsidR="00411082" w:rsidRPr="00775096" w:rsidRDefault="00000000">
      <w:pPr>
        <w:keepLines/>
        <w:spacing w:after="60"/>
        <w:rPr>
          <w:bCs/>
        </w:rPr>
      </w:pPr>
      <w:r w:rsidRPr="00775096">
        <w:rPr>
          <w:bCs/>
        </w:rPr>
        <w:t>2. Mục tiêu (nêu mục tiêu, vấn đề cần giải quyết, nhu cầu thực tiễn và đối tượng hưởng lợi):</w:t>
      </w:r>
      <w:r w:rsidRPr="00775096">
        <w:rPr>
          <w:bCs/>
          <w:sz w:val="24"/>
        </w:rPr>
        <w:br/>
        <w:t>........................................................................................................................</w:t>
      </w:r>
      <w:r w:rsidRPr="00775096">
        <w:rPr>
          <w:bCs/>
          <w:sz w:val="24"/>
        </w:rPr>
        <w:br/>
        <w:t>........................................................................................................................</w:t>
      </w:r>
    </w:p>
    <w:p w14:paraId="445C066D" w14:textId="77777777" w:rsidR="00411082" w:rsidRPr="00775096" w:rsidRDefault="00000000">
      <w:pPr>
        <w:keepLines/>
        <w:spacing w:after="60"/>
        <w:rPr>
          <w:bCs/>
        </w:rPr>
      </w:pPr>
      <w:r w:rsidRPr="00775096">
        <w:rPr>
          <w:bCs/>
        </w:rPr>
        <w:t>3. Dự kiến kết quả/sản phẩm (ưu tiên đầu ra cụ thể, có thể đo lường hoặc kiểm chứng):</w:t>
      </w:r>
      <w:r w:rsidRPr="00775096">
        <w:rPr>
          <w:bCs/>
          <w:sz w:val="24"/>
        </w:rPr>
        <w:br/>
        <w:t>........................................................................................................................</w:t>
      </w:r>
      <w:r w:rsidRPr="00775096">
        <w:rPr>
          <w:bCs/>
          <w:sz w:val="24"/>
        </w:rPr>
        <w:br/>
        <w:t>........................................................................................................................</w:t>
      </w:r>
    </w:p>
    <w:p w14:paraId="196F54F9" w14:textId="77777777" w:rsidR="00411082" w:rsidRPr="00775096" w:rsidRDefault="00000000">
      <w:pPr>
        <w:keepLines/>
        <w:spacing w:after="60"/>
        <w:rPr>
          <w:bCs/>
        </w:rPr>
      </w:pPr>
      <w:r w:rsidRPr="00775096">
        <w:rPr>
          <w:bCs/>
        </w:rPr>
        <w:t>4. Thời gian thực hiện:</w:t>
      </w:r>
      <w:r w:rsidRPr="00775096">
        <w:rPr>
          <w:bCs/>
          <w:sz w:val="24"/>
        </w:rPr>
        <w:br/>
        <w:t>........................................................................................................................</w:t>
      </w:r>
    </w:p>
    <w:p w14:paraId="5F1B91F9" w14:textId="77777777" w:rsidR="00411082" w:rsidRPr="00775096" w:rsidRDefault="00000000">
      <w:pPr>
        <w:spacing w:after="40"/>
        <w:rPr>
          <w:bCs/>
        </w:rPr>
      </w:pPr>
      <w:r w:rsidRPr="00775096">
        <w:rPr>
          <w:bCs/>
          <w:sz w:val="24"/>
        </w:rPr>
        <w:t xml:space="preserve">   - Thời gian dự kiến bắt đầu: ................................................................................</w:t>
      </w:r>
    </w:p>
    <w:p w14:paraId="3FBBDC2B" w14:textId="77777777" w:rsidR="00411082" w:rsidRPr="00775096" w:rsidRDefault="00000000">
      <w:pPr>
        <w:rPr>
          <w:bCs/>
        </w:rPr>
      </w:pPr>
      <w:r w:rsidRPr="00775096">
        <w:rPr>
          <w:bCs/>
          <w:sz w:val="24"/>
        </w:rPr>
        <w:t xml:space="preserve">   - Thời gian dự kiến kết thúc: ..............................................................................</w:t>
      </w:r>
    </w:p>
    <w:p w14:paraId="24FA27E1" w14:textId="77777777" w:rsidR="00411082" w:rsidRDefault="00000000">
      <w:pPr>
        <w:keepLines/>
        <w:spacing w:after="60"/>
      </w:pPr>
      <w:r w:rsidRPr="00775096">
        <w:rPr>
          <w:bCs/>
        </w:rPr>
        <w:t>5. Địa điểm/hình thức tổ chức:</w:t>
      </w:r>
      <w:r w:rsidRPr="00775096">
        <w:rPr>
          <w:bCs/>
          <w:sz w:val="24"/>
        </w:rPr>
        <w:br/>
      </w:r>
      <w:r>
        <w:rPr>
          <w:sz w:val="24"/>
        </w:rPr>
        <w:t>........................................................................................................................</w:t>
      </w:r>
    </w:p>
    <w:p w14:paraId="2BD89671" w14:textId="77777777" w:rsidR="00411082" w:rsidRDefault="00000000">
      <w:pPr>
        <w:spacing w:after="40"/>
      </w:pPr>
      <w:r>
        <w:rPr>
          <w:sz w:val="24"/>
        </w:rPr>
        <w:t xml:space="preserve">   - Địa điểm dự kiến: .............................................................................................</w:t>
      </w:r>
    </w:p>
    <w:p w14:paraId="2F102D44" w14:textId="77777777" w:rsidR="00411082" w:rsidRDefault="00000000">
      <w:r>
        <w:rPr>
          <w:sz w:val="24"/>
        </w:rPr>
        <w:t xml:space="preserve">   - Hình thức:  ☐ Trực tiếp     ☐ Trực tuyến     ☐ Kết hợp trực tiếp và trực tuyến</w:t>
      </w:r>
    </w:p>
    <w:p w14:paraId="1AA556BB" w14:textId="77777777" w:rsidR="00411082" w:rsidRDefault="00000000">
      <w:pPr>
        <w:spacing w:before="100"/>
      </w:pPr>
      <w:r>
        <w:rPr>
          <w:b/>
        </w:rPr>
        <w:t>III. ĐỀ XUẤT PHỐI HỢP, HỖ TRỢ (NẾU CÓ)</w:t>
      </w:r>
    </w:p>
    <w:p w14:paraId="53FD1348" w14:textId="77777777" w:rsidR="00411082" w:rsidRDefault="00000000">
      <w:pPr>
        <w:keepLines/>
        <w:spacing w:after="60"/>
      </w:pPr>
      <w:r>
        <w:rPr>
          <w:b/>
        </w:rPr>
        <w:lastRenderedPageBreak/>
        <w:t>1. Đối tác, chuyên gia hoặc tổ chức dự kiến tham gia:</w:t>
      </w:r>
      <w:r>
        <w:rPr>
          <w:sz w:val="24"/>
        </w:rPr>
        <w:br/>
        <w:t>........................................................................................................................</w:t>
      </w:r>
    </w:p>
    <w:p w14:paraId="6651277D" w14:textId="56312CEA" w:rsidR="00411082" w:rsidRDefault="00775096">
      <w:pPr>
        <w:keepLines/>
        <w:spacing w:after="60"/>
      </w:pPr>
      <w:r>
        <w:rPr>
          <w:b/>
        </w:rPr>
        <w:t>2</w:t>
      </w:r>
      <w:r w:rsidR="00000000">
        <w:rPr>
          <w:b/>
        </w:rPr>
        <w:t xml:space="preserve">. </w:t>
      </w:r>
      <w:r>
        <w:rPr>
          <w:b/>
        </w:rPr>
        <w:t>Kinh phí dự kiến</w:t>
      </w:r>
      <w:r w:rsidR="00000000">
        <w:rPr>
          <w:b/>
        </w:rPr>
        <w:t>:</w:t>
      </w:r>
      <w:r w:rsidR="00000000">
        <w:rPr>
          <w:sz w:val="24"/>
        </w:rPr>
        <w:br/>
        <w:t>........................................................................................................................</w:t>
      </w:r>
    </w:p>
    <w:p w14:paraId="5264C232" w14:textId="77777777" w:rsidR="00411082" w:rsidRDefault="00000000">
      <w:pPr>
        <w:spacing w:before="100"/>
      </w:pPr>
      <w:r>
        <w:rPr>
          <w:b/>
        </w:rPr>
        <w:t>IV. CAM KẾT VÀ THÔNG TIN KHÁC</w:t>
      </w:r>
    </w:p>
    <w:p w14:paraId="7E7AE58E" w14:textId="77777777" w:rsidR="00411082" w:rsidRDefault="00000000" w:rsidP="006D295C">
      <w:pPr>
        <w:spacing w:after="120"/>
        <w:jc w:val="both"/>
      </w:pPr>
      <w:r>
        <w:t>Tổ chức/cá nhân đề xuất cam kết cung cấp thông tin trung thực, chủ động phối hợp và hướng tới kết quả thực chất, phù hợp với mục tiêu, định hướng hoạt động của Mạng lưới.</w:t>
      </w:r>
    </w:p>
    <w:p w14:paraId="72D72232" w14:textId="77777777" w:rsidR="00411082" w:rsidRDefault="00000000">
      <w:pPr>
        <w:spacing w:after="280"/>
        <w:jc w:val="center"/>
      </w:pPr>
      <w:r>
        <w:rPr>
          <w:i/>
        </w:rPr>
        <w:t>.............., ngày ...... tháng ...... năm ..........</w:t>
      </w:r>
    </w:p>
    <w:p w14:paraId="4247C26A" w14:textId="77777777" w:rsidR="00411082" w:rsidRDefault="00000000">
      <w:pPr>
        <w:spacing w:after="40"/>
        <w:jc w:val="center"/>
      </w:pPr>
      <w:r>
        <w:rPr>
          <w:b/>
        </w:rPr>
        <w:t>ĐẠI DIỆN TỔ CHỨC/CÁ NHÂN ĐỀ XUẤT</w:t>
      </w:r>
    </w:p>
    <w:p w14:paraId="55FA25DD" w14:textId="77777777" w:rsidR="00411082" w:rsidRDefault="00000000">
      <w:pPr>
        <w:spacing w:after="40"/>
        <w:jc w:val="center"/>
      </w:pPr>
      <w:r>
        <w:rPr>
          <w:i/>
          <w:sz w:val="22"/>
        </w:rPr>
        <w:t>(Ký, ghi rõ họ tên; đóng dấu nếu là tổ chức)</w:t>
      </w:r>
    </w:p>
    <w:sectPr w:rsidR="00411082" w:rsidSect="00034616">
      <w:footerReference w:type="default" r:id="rId8"/>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75DC7" w14:textId="77777777" w:rsidR="008A7952" w:rsidRDefault="008A7952">
      <w:pPr>
        <w:spacing w:after="0" w:line="240" w:lineRule="auto"/>
      </w:pPr>
      <w:r>
        <w:separator/>
      </w:r>
    </w:p>
  </w:endnote>
  <w:endnote w:type="continuationSeparator" w:id="0">
    <w:p w14:paraId="1F1B6B07" w14:textId="77777777" w:rsidR="008A7952" w:rsidRDefault="008A7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9E052" w14:textId="77777777" w:rsidR="00411082" w:rsidRDefault="00000000">
    <w:pPr>
      <w:pStyle w:val="Footer"/>
      <w:jc w:val="center"/>
    </w:pPr>
    <w:r>
      <w:rPr>
        <w:sz w:val="18"/>
      </w:rPr>
      <w:t xml:space="preserve">Mẫu đăng ký đề xuất hoạt động Mạng lưới chuyên gia AI Việt Nam toàn </w:t>
    </w:r>
    <w:proofErr w:type="gramStart"/>
    <w:r>
      <w:rPr>
        <w:sz w:val="18"/>
      </w:rPr>
      <w:t>cầu  |</w:t>
    </w:r>
    <w:proofErr w:type="gramEnd"/>
    <w:r>
      <w:rPr>
        <w:sz w:val="18"/>
      </w:rPr>
      <w:t xml:space="preserve">  Trang </w:t>
    </w:r>
    <w:r>
      <w:rPr>
        <w:sz w:val="18"/>
      </w:rPr>
      <w:fldChar w:fldCharType="begin"/>
    </w:r>
    <w:r>
      <w:rPr>
        <w:sz w:val="18"/>
      </w:rPr>
      <w:instrText>PAGE</w:instrText>
    </w:r>
    <w:r w:rsidR="00775096">
      <w:rPr>
        <w:sz w:val="18"/>
      </w:rPr>
      <w:fldChar w:fldCharType="separate"/>
    </w:r>
    <w:r w:rsidR="00775096">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4E9AB" w14:textId="77777777" w:rsidR="008A7952" w:rsidRDefault="008A7952">
      <w:pPr>
        <w:spacing w:after="0" w:line="240" w:lineRule="auto"/>
      </w:pPr>
      <w:r>
        <w:separator/>
      </w:r>
    </w:p>
  </w:footnote>
  <w:footnote w:type="continuationSeparator" w:id="0">
    <w:p w14:paraId="49E657C5" w14:textId="77777777" w:rsidR="008A7952" w:rsidRDefault="008A7952">
      <w:pPr>
        <w:spacing w:after="0" w:line="240" w:lineRule="auto"/>
      </w:pPr>
      <w:r>
        <w:continuationSeparator/>
      </w:r>
    </w:p>
  </w:footnote>
  <w:footnote w:id="1">
    <w:p w14:paraId="731CC136" w14:textId="5601729C" w:rsidR="00775096" w:rsidRDefault="00775096">
      <w:pPr>
        <w:pStyle w:val="FootnoteText"/>
      </w:pPr>
      <w:r>
        <w:rPr>
          <w:rStyle w:val="FootnoteReference"/>
        </w:rPr>
        <w:footnoteRef/>
      </w:r>
      <w:r>
        <w:t xml:space="preserve"> Các hoạt động được quy định tại Quyết định số </w:t>
      </w:r>
      <w:r w:rsidRPr="00775096">
        <w:t>3799/QĐ-BKHCN</w:t>
      </w:r>
      <w:r>
        <w:t xml:space="preserve"> ngày 16/9/2026.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7733542">
    <w:abstractNumId w:val="8"/>
  </w:num>
  <w:num w:numId="2" w16cid:durableId="456023672">
    <w:abstractNumId w:val="6"/>
  </w:num>
  <w:num w:numId="3" w16cid:durableId="36054089">
    <w:abstractNumId w:val="5"/>
  </w:num>
  <w:num w:numId="4" w16cid:durableId="1021079946">
    <w:abstractNumId w:val="4"/>
  </w:num>
  <w:num w:numId="5" w16cid:durableId="583145247">
    <w:abstractNumId w:val="7"/>
  </w:num>
  <w:num w:numId="6" w16cid:durableId="1765879151">
    <w:abstractNumId w:val="3"/>
  </w:num>
  <w:num w:numId="7" w16cid:durableId="410393193">
    <w:abstractNumId w:val="2"/>
  </w:num>
  <w:num w:numId="8" w16cid:durableId="619872071">
    <w:abstractNumId w:val="1"/>
  </w:num>
  <w:num w:numId="9" w16cid:durableId="101656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1082"/>
    <w:rsid w:val="004A2849"/>
    <w:rsid w:val="006D295C"/>
    <w:rsid w:val="006F501E"/>
    <w:rsid w:val="00775096"/>
    <w:rsid w:val="008A1BB4"/>
    <w:rsid w:val="008A7952"/>
    <w:rsid w:val="00AA1D8D"/>
    <w:rsid w:val="00B47730"/>
    <w:rsid w:val="00B8281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66556A"/>
  <w14:defaultImageDpi w14:val="300"/>
  <w15:docId w15:val="{EAC5D9E0-DEEF-4A26-986C-A7597614F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7750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5096"/>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7750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Product Owner</cp:lastModifiedBy>
  <cp:revision>2</cp:revision>
  <dcterms:created xsi:type="dcterms:W3CDTF">2026-10-10T07:17:00Z</dcterms:created>
  <dcterms:modified xsi:type="dcterms:W3CDTF">2026-10-10T07:17:00Z</dcterms:modified>
  <cp:category/>
</cp:coreProperties>
</file>